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Vital Health Services - Provider Referral &amp; DME Order</w:t>
      </w:r>
    </w:p>
    <w:p>
      <w:pPr>
        <w:spacing w:after="160"/>
        <w:jc w:val="center"/>
      </w:pPr>
      <w:r>
        <w:rPr>
          <w:i/>
          <w:color w:val="4B4B4B"/>
          <w:sz w:val="17"/>
        </w:rPr>
        <w:t>Blank printable office copy. Complete only sections that apply. Attach supporting records separately.</w:t>
      </w:r>
    </w:p>
    <w:p>
      <w:pPr>
        <w:spacing w:after="160"/>
      </w:pPr>
      <w:r>
        <w:rPr>
          <w:b/>
        </w:rPr>
        <w:t xml:space="preserve">Privacy and coverage notice: </w:t>
      </w:r>
      <w:r>
        <w:t>Do not email protected health information through ordinary email. Submission does not guarantee coverage, authorization, employment, service availability, or fulfillment. Payer policy and product-specific requirements control. Call 911 for emergencies.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Patient &amp; Referral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Referral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Product Category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Patient Legal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 of Birth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Sex as Listed with Insurer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Patient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Patient Phone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Representative / Caregiver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Primary Insurance Member ID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Secondary Insurance Member ID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Primary Insurance Provider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Secondary Insurance Provider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Insurance Cards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Ordering Practitioner &amp; Facility Information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Ordering practitioner full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Credentials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Individual NPI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Taxonomy / specialty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Practice / facility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Practice / facility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Office phone and fax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Secure email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Contact person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Clinical Basis for Order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 of face-to-face or qualifying evaluation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Diagnosis code(s) and descriptions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Prognosis / duration of need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Clinical narrative / functional limitation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Chart note upload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Signed prescription / order upload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Urology Supplies (Conditional)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Supply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HCPCS Code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Manufacturer / Model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French Size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Length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Tip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Lubrication / Kit Features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Quantity Per Day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Quantity Per Month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Refills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Length of Need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Diagnosis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Can the patient self-catheterize?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</w:tbl>
    <w:p>
      <w:pPr>
        <w:pStyle w:val="Heading1"/>
      </w:pPr>
      <w:r>
        <w:t>Medical Necessity Narrative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Urology Item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Incontinence Supplies (Conditional)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Incontinence product types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Patient group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Size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Measurements or fit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Units per day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Units per month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Primary incontinence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Underlying diagnosis causing incontinence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Mobility and toileting ability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Caregiver assistance needed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Medical-necessity narrative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Nutrition Supplies (Conditional)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Nutrition supply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Formula or product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HCPCS code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Product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Route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Calories per unit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Units per day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Units per month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Total daily calories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Percent of nutrition supplied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Administration method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Pump and supply needs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Diagnosis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Reason patient cannot maintain nutrition with ordinary food or modified diet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Height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Weight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Weight history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BMI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Relevant labs or assessment findings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Swallowing or gastrointestinal impairment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Dietitian assessment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Length of need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Refills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Substitutions allowed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Allergies or intolerances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LMN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nutrition evaluation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growth chart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swallow study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operative report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Upload clinical notes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General DME (Conditional)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Requested item(s)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HCPCS code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Detailed item description and accessories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Quantity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Frequency of use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Length of need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Order type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Diagnosis and functional limitation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Activities of daily living affected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Why lesser equipment is insufficient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Will the item be used in the home?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Yes   ☐ No   ☐ N/A     Details: 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Height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Weight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equipment and reason for replacement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Face-to-face evaluation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Medical-necessity narrative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Supporting Documents &amp; Certification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Supporting documents included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Provider attestation and certification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Provider typed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Credentials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Individual NPI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Electronic signature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Signature: __________________________________________</w:t>
              <w:br/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Signed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Preferred secure follow-up method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Submit Secure Referral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>
      <w:pPr>
        <w:pStyle w:val="Heading1"/>
      </w:pPr>
      <w:r>
        <w:t>Office use only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184"/>
        <w:gridCol w:w="5184"/>
      </w:tblGrid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Date received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Intake staff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Missing documentation follow-up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Status / reference number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08" w:right="936" w:bottom="936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7582"/>
        <w:sz w:val="14"/>
      </w:rPr>
      <w:t>Blank office copy | Form 262494693824066 | Send PHI only by approved secure fax or secure channel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35155D"/>
        <w:sz w:val="20"/>
      </w:rPr>
      <w:t>VITAL HEALTH SERVICES, LLC</w:t>
    </w:r>
  </w:p>
  <w:p>
    <w:pPr>
      <w:jc w:val="center"/>
    </w:pPr>
    <w:r>
      <w:rPr>
        <w:sz w:val="15"/>
      </w:rPr>
      <w:t>Vital Health Medical Supply  |  7048 Knightdale Blvd., Suite 101, Knightdale, NC 27545  |  Phone (919) 679-3022  |  Fax (888) 398-8099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