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Vital Health Services - Patient Product Intake &amp; Coverage Review</w:t>
      </w:r>
    </w:p>
    <w:p>
      <w:pPr>
        <w:spacing w:after="160"/>
        <w:jc w:val="center"/>
      </w:pPr>
      <w:r>
        <w:rPr>
          <w:i/>
          <w:color w:val="4B4B4B"/>
          <w:sz w:val="17"/>
        </w:rPr>
        <w:t>Blank printable office copy. Complete only sections that apply. Attach supporting records separately.</w:t>
      </w:r>
    </w:p>
    <w:p>
      <w:pPr>
        <w:spacing w:after="160"/>
      </w:pPr>
      <w:r>
        <w:rPr>
          <w:b/>
        </w:rPr>
        <w:t xml:space="preserve">Privacy and coverage notice: </w:t>
      </w:r>
      <w:r>
        <w:t>Do not email protected health information through ordinary email. Submission does not guarantee coverage, authorization, employment, service availability, or fulfillment. Payer policy and product-specific requirements control. Call 911 for emergencies.</w:t>
      </w:r>
    </w:p>
    <w:p>
      <w:pPr>
        <w:pStyle w:val="Heading1"/>
      </w:pPr>
      <w:r>
        <w:t>Patient &amp; Representative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Person Completing This Form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Patient Legal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Birth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Sex as Listed with Insurer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Service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Mailing Address if Different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Phone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Email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Contact Method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Caregiver / Representative Contact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Insurance &amp; Coverage Review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Insurance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Member ID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Group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Plan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Secondary Insurance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Insurance Card Front and Back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</w:tbl>
    <w:p>
      <w:pPr>
        <w:pStyle w:val="Heading1"/>
      </w:pPr>
      <w:r>
        <w:t>Authorization and Coverage Review Permissions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Supplier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Urgency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Prescriber &amp; Clinical Basics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Prescribing clinician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fax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diagnosis or condition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Height (inches)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Weight (lbs)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Urology Supplies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Catheter type needed/currently used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Catheter French size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Catheter length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Quantity per day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condition/indication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Ability to self-catheterize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Reason coude catheter is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Sterile kit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product/manufacturer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Last shipment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Skin sensitivity or latex allergy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prescription or clinical notes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</w:tbl>
    <w:p>
      <w:pPr>
        <w:pStyle w:val="Heading1"/>
      </w:pPr>
      <w:r>
        <w:t>Incontinence Supplies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Supplies Requested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Pediatric or Adult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Incontinence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Mobility / Toileting Status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Underlying Diagnosis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Caregiver Assistance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Skin Breakdown Present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Brand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Last Shipment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Prescription / Records (Optional)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</w:tbl>
    <w:p>
      <w:pPr>
        <w:pStyle w:val="Heading1"/>
      </w:pPr>
      <w:r>
        <w:t>Supply Details</w:t>
      </w:r>
    </w:p>
    <w:p>
      <w:pPr>
        <w:pStyle w:val="Heading1"/>
      </w:pPr>
      <w:r>
        <w:t>Nutrition Supplies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Nutrition delivery method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Product/formula currently prescribed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Flavor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Calories per container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Containers per day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Feeding route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Delivery method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Diagnosis causing impaired nutrition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Allergies or intolerances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Height (inches)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Weight (lbs)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Recent weight change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Percentage of nutrition from formula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Able to eat regular food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supplies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product or NDC, if known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supporting documents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</w:tbl>
    <w:p>
      <w:pPr>
        <w:pStyle w:val="Heading1"/>
      </w:pPr>
      <w:r>
        <w:t>General DME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DME Items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Diagnosis and functional limitation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Where will the item be used?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Ability to move inside the home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Difficulty with activities of daily living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History of falls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equipment in use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Age of current equipment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Patient height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Patient weight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Home access limitations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Expected discharge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Clinician recommendation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Product specifics by selected item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prescription or clinical notes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</w:tbl>
    <w:p>
      <w:pPr>
        <w:pStyle w:val="Heading1"/>
      </w:pPr>
      <w:r>
        <w:t>Consent, Checklist &amp; Signature</w:t>
      </w:r>
    </w:p>
    <w:p>
      <w:pPr>
        <w:pStyle w:val="Heading1"/>
      </w:pPr>
      <w:r>
        <w:t>Consent acknowledgements</w:t>
      </w:r>
    </w:p>
    <w:p>
      <w:pPr>
        <w:pStyle w:val="Heading1"/>
      </w:pPr>
      <w:r>
        <w:t>Upload checklist</w:t>
      </w:r>
    </w:p>
    <w:p>
      <w:pPr>
        <w:pStyle w:val="Heading1"/>
      </w:pPr>
      <w:r>
        <w:t>Acknowledgements and attestations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Typed patient or representative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Relationship to patient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Signature: __________________________________________</w:t>
              <w:br/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Document upload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Securely submit for review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Language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Product Category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Dietitian involved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Swallow evaluation completed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Last shipment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Has regular food or a modified diet been tried?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Why is it insufficient?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Daytime size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Nighttime size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Waist/hip measurement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Quantity per day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Office use only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184"/>
        <w:gridCol w:w="5184"/>
      </w:tblGrid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Date received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Intake staff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Missing documentation follow-up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Status / reference number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936" w:bottom="936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7582"/>
        <w:sz w:val="14"/>
      </w:rPr>
      <w:t>Blank office copy | Form 262495046962062 | Send PHI only by approved secure fax or secure channel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35155D"/>
        <w:sz w:val="20"/>
      </w:rPr>
      <w:t>VITAL HEALTH SERVICES, LLC</w:t>
    </w:r>
  </w:p>
  <w:p>
    <w:pPr>
      <w:jc w:val="center"/>
    </w:pPr>
    <w:r>
      <w:rPr>
        <w:sz w:val="15"/>
      </w:rPr>
      <w:t>Vital Health Medical Supply  |  7048 Knightdale Blvd., Suite 101, Knightdale, NC 27545  |  Phone (919) 679-3022  |  Fax (888) 398-8099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