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Vital Health Home Care Employment Application</w:t>
      </w:r>
    </w:p>
    <w:p>
      <w:pPr>
        <w:spacing w:after="160"/>
        <w:jc w:val="center"/>
      </w:pPr>
      <w:r>
        <w:rPr>
          <w:i/>
          <w:color w:val="4B4B4B"/>
          <w:sz w:val="17"/>
        </w:rPr>
        <w:t>Blank printable office copy. Complete only sections that apply. Attach supporting records separately.</w:t>
      </w:r>
    </w:p>
    <w:p>
      <w:pPr>
        <w:spacing w:after="160"/>
      </w:pPr>
      <w:r>
        <w:rPr>
          <w:b/>
        </w:rPr>
        <w:t xml:space="preserve">Privacy and coverage notice: </w:t>
      </w:r>
      <w:r>
        <w:t>Do not email protected health information through ordinary email. Submission does not guarantee coverage, authorization, employment, service availability, or fulfillment. Payer policy and product-specific requirements control. Call 911 for emergencies.</w:t>
      </w:r>
    </w:p>
    <w:p>
      <w:pPr>
        <w:pStyle w:val="Heading1"/>
      </w:pPr>
      <w:r>
        <w:t>Applicant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Full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Email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Home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County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Contact Method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Position and Availability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Position(s) Applied For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Employment Status Sought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Shifts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Earliest Start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Counties or Service Areas Willing to Work In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Availability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Eligibility and Transportation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Do you have reliable transportation?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Do you hold a valid driver’s license?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Are you authorized to work in the United States?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Are you 18 years of age or older?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Licensure, Credentials, and Experience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License or Certification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License or Certification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Issuing State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License or Certification Expiration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Years of Relevant Experience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CPR / First Aid Status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TB Screening Status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Employment History and Education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Employment History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Education and Training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or Most Recent Employer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References and Motivation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Professional References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Why do you want to work with Vital Health Home Care?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File Uploads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Résumé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Professional License or Certification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CPR / First Aid Card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Supporting Documents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Acknowledgments and Signature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Signature: __________________________________________</w:t>
              <w:br/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Acknowledgments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Consent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Electronic Signature and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Signature: __________________________________________</w:t>
              <w:br/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 Application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Office use only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184"/>
        <w:gridCol w:w="5184"/>
      </w:tblGrid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Date received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Intake staff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Missing documentation follow-up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Status / reference number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936" w:bottom="936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7582"/>
        <w:sz w:val="14"/>
      </w:rPr>
      <w:t>Blank office copy | Form 262515423450046 | Send PHI only by approved secure fax or secure channel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35155D"/>
        <w:sz w:val="20"/>
      </w:rPr>
      <w:t>VITAL HEALTH SERVICES, LLC</w:t>
    </w:r>
  </w:p>
  <w:p>
    <w:pPr>
      <w:jc w:val="center"/>
    </w:pPr>
    <w:r>
      <w:rPr>
        <w:sz w:val="15"/>
      </w:rPr>
      <w:t>Vital Health Home Care  |  7048 Knightdale Blvd., Suite 101, Knightdale, NC 27545  |  Phone (919) 679-3022  |  Fax (888) 398-8099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