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Home Care - Case Manager &amp; Provider Referral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Source &amp; Authorization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Professional title / role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Organization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Fax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Relationship to person being referred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Organization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and attestation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Person Being Referred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Sex / Gender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Street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City, State, ZIP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County, NC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Payer / Program Information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Source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Member / Participant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Managed Care Plan or Program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Funding Source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Eligibility / Authorization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Home Care Services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Service Types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Start-of-Care Timing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Start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Hours or 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Days of Week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 Preferences, Special Instructions, and Caregiver Support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&amp; Safety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diagnosis or reason for referral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Relevant diagnoses or medical conditions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and transfer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Activities of daily living support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Cognitive or communication concerns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Behavioral or safety risks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Certification &amp; Submission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Certification and Attestation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Title / Role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Secure Referral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Administrative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Direct NPI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contact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Guardian or authorized representative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Guardian or authorized representative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Guardian or authorized representative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Management Information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Case-management entity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Approved units or hours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effective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end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Skilled Nursing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order or prescriber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nursing tasks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Skilled nursing frequency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Skilled nursing duration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Infection-control precautions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Equipment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location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Anticipated discharge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 authorization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Person-centered service plan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Plan of care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notes supporting skilled services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Discharge summary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supporting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Typed signature (full legal name)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262496242632055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Home Care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