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Vital Health Home Care - Care Assessment &amp; Service Request</w:t>
      </w:r>
    </w:p>
    <w:p>
      <w:pPr>
        <w:spacing w:after="160"/>
        <w:jc w:val="center"/>
      </w:pPr>
      <w:r>
        <w:rPr>
          <w:i/>
          <w:color w:val="4B4B4B"/>
          <w:sz w:val="17"/>
        </w:rPr>
        <w:t>Blank printable office copy. Complete only sections that apply. Attach supporting records separately.</w:t>
      </w:r>
    </w:p>
    <w:p>
      <w:pPr>
        <w:spacing w:after="160"/>
      </w:pPr>
      <w:r>
        <w:rPr>
          <w:b/>
        </w:rPr>
        <w:t xml:space="preserve">Privacy and coverage notice: </w:t>
      </w:r>
      <w:r>
        <w:t>Do not email protected health information through ordinary email. Submission does not guarantee coverage, authorization, employment, service availability, or fulfillment. Payer policy and product-specific requirements control. Call 911 for emergencies.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44"/>
        <w:gridCol w:w="6480"/>
      </w:tblGrid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Person completing form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Relationship to the person needing care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Legal authority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Submitter full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Phone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Email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Person needing care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Full legal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 of birth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Street address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County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Phone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language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Accessibility or communication needs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Services requested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services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Details of activities of daily living assistance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Respite care schedule and preferred coverage times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CAP program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Case manager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Case manager phone number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Prescriber or physician order information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Requested skilled nursing tasks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Care needs and schedule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Days care is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care start time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care end time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Preferred care start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living arrangement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Mobility and transfer assistance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Fall risk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Allergies or sensitivities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Infection-control or isolation concerns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Behavioral, safety, or home access considerations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Pets or smoking in the home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Equipment used in the home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Additional care details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Payment pathway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Payment / coverage pathway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Insurance / member ID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Plan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Case manager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Organization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Phone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Fax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Authorization status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__________________________________  ☐ Other: 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Current providers and discharge information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Primary clinician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Hospital or facility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Discharge 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Care coordinator name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Consent and attestation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 authorize Vital Health to contact me regarding this request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 authorize Vital Health to verify benefits and obtain service authorization as needed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________________________________________________________________</w:t>
              <w:br/>
              <w:t>________________________________________________________________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 authorize communication with listed providers and case managers for care coordination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Notice of Privacy Practices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 / ____ / 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Submit Secure Request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Secure document uploads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Insurance card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Authorization or service plan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Physician order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Discharge documents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☐ Attached   ☐ To follow   ☐ Not applicable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Nursing plan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Other supporting records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I certify that the information provided is accurate and complete to the best of my knowledge.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3744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  <w:shd w:fill="EEF4F6"/>
          </w:tcPr>
          <w:p>
            <w:pPr>
              <w:spacing w:after="0"/>
            </w:pPr>
            <w:r>
              <w:rPr>
                <w:b/>
                <w:sz w:val="17"/>
              </w:rPr>
              <w:t>Typed signature (full legal name)</w:t>
            </w:r>
          </w:p>
        </w:tc>
        <w:tc>
          <w:tcPr>
            <w:tcW w:type="dxa" w:w="6480"/>
            <w:vAlign w:val="center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br/>
              <w:t>Signature: __________________________________________</w:t>
              <w:br/>
            </w:r>
          </w:p>
        </w:tc>
      </w:tr>
    </w:tbl>
    <w:p>
      <w:pPr>
        <w:pStyle w:val="Heading1"/>
      </w:pPr>
      <w:r>
        <w:t>Office use only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84"/>
        <w:gridCol w:w="5184"/>
      </w:tblGrid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Date received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Intake staff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Missing documentation follow-up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  <w:tr>
        <w:tc>
          <w:tcPr>
            <w:tcW w:type="dxa" w:w="5184"/>
            <w:shd w:fill="EEF4F6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>
              <w:rPr>
                <w:b/>
              </w:rPr>
              <w:t>Status / reference number</w:t>
            </w:r>
          </w:p>
        </w:tc>
        <w:tc>
          <w:tcPr>
            <w:tcW w:type="dxa" w:w="5184"/>
            <w:tcMar>
              <w:top w:w="65" w:type="dxa"/>
              <w:start w:w="110" w:type="dxa"/>
              <w:bottom w:w="65" w:type="dxa"/>
              <w:end w:w="110" w:type="dxa"/>
            </w:tcMar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936" w:bottom="936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7582"/>
        <w:sz w:val="14"/>
      </w:rPr>
      <w:t>Blank office copy | Form 262496444832061 | Send PHI only by approved secure fax or secure channel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35155D"/>
        <w:sz w:val="20"/>
      </w:rPr>
      <w:t>VITAL HEALTH SERVICES, LLC</w:t>
    </w:r>
  </w:p>
  <w:p>
    <w:pPr>
      <w:jc w:val="center"/>
    </w:pPr>
    <w:r>
      <w:rPr>
        <w:sz w:val="15"/>
      </w:rPr>
      <w:t>Vital Health Home Care  |  7048 Knightdale Blvd., Suite 101, Knightdale, NC 27545  |  Phone (919) 679-3022  |  Fax (888) 398-8099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